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28" w:type="dxa"/>
        <w:tblInd w:w="-548" w:type="dxa"/>
        <w:tblLook w:val="01E0" w:firstRow="1" w:lastRow="1" w:firstColumn="1" w:lastColumn="1" w:noHBand="0" w:noVBand="0"/>
      </w:tblPr>
      <w:tblGrid>
        <w:gridCol w:w="5516"/>
        <w:gridCol w:w="4512"/>
      </w:tblGrid>
      <w:tr w:rsidR="00004786" w14:paraId="4C0E57B8" w14:textId="77777777" w:rsidTr="0049443E">
        <w:tc>
          <w:tcPr>
            <w:tcW w:w="5516" w:type="dxa"/>
            <w:shd w:val="clear" w:color="auto" w:fill="auto"/>
          </w:tcPr>
          <w:p w14:paraId="374126D3" w14:textId="77777777" w:rsidR="00004786" w:rsidRPr="00A01EC5" w:rsidRDefault="00004786" w:rsidP="004502B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0"/>
              </w:rPr>
            </w:pPr>
            <w:r w:rsidRPr="00A01EC5">
              <w:rPr>
                <w:rFonts w:ascii="Times New Roman" w:hAnsi="Times New Roman" w:cs="Times New Roman"/>
                <w:sz w:val="26"/>
                <w:szCs w:val="20"/>
              </w:rPr>
              <w:t>ĐẢNG BỘ XÃ ĐÌNH CƯƠNG</w:t>
            </w:r>
          </w:p>
          <w:p w14:paraId="597B3003" w14:textId="77777777" w:rsidR="00004786" w:rsidRPr="00A01EC5" w:rsidRDefault="00004786" w:rsidP="004502B1">
            <w:pPr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0"/>
              </w:rPr>
            </w:pPr>
            <w:r w:rsidRPr="00A01EC5">
              <w:rPr>
                <w:rFonts w:ascii="Times New Roman" w:hAnsi="Times New Roman" w:cs="Times New Roman"/>
                <w:b/>
                <w:sz w:val="26"/>
                <w:szCs w:val="20"/>
              </w:rPr>
              <w:t>CHI BỘ TRƯỜNG TH HÀNH PHƯỚC</w:t>
            </w:r>
          </w:p>
          <w:p w14:paraId="65EDC83E" w14:textId="0890503E" w:rsidR="00004786" w:rsidRPr="00A01EC5" w:rsidRDefault="00A01EC5" w:rsidP="004502B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0"/>
              </w:rPr>
            </w:pPr>
            <w:r>
              <w:rPr>
                <w:rFonts w:ascii="Times New Roman" w:hAnsi="Times New Roman" w:cs="Times New Roman"/>
                <w:sz w:val="26"/>
                <w:szCs w:val="20"/>
              </w:rPr>
              <w:t>*</w:t>
            </w:r>
          </w:p>
        </w:tc>
        <w:tc>
          <w:tcPr>
            <w:tcW w:w="4512" w:type="dxa"/>
            <w:shd w:val="clear" w:color="auto" w:fill="auto"/>
          </w:tcPr>
          <w:p w14:paraId="6E27D49A" w14:textId="31E85CC0" w:rsidR="00004786" w:rsidRPr="00A01EC5" w:rsidRDefault="00004786" w:rsidP="004502B1">
            <w:pPr>
              <w:contextualSpacing/>
              <w:jc w:val="both"/>
              <w:rPr>
                <w:rFonts w:ascii="Times New Roman" w:hAnsi="Times New Roman" w:cs="Times New Roman"/>
                <w:b/>
                <w:sz w:val="26"/>
                <w:szCs w:val="20"/>
              </w:rPr>
            </w:pPr>
            <w:r w:rsidRPr="00A01EC5">
              <w:rPr>
                <w:rFonts w:ascii="Times New Roman" w:hAnsi="Times New Roman" w:cs="Times New Roman"/>
                <w:b/>
                <w:sz w:val="26"/>
                <w:szCs w:val="20"/>
              </w:rPr>
              <w:t>ĐẢNG CỘNG SẢN VIỆT NAM</w:t>
            </w:r>
          </w:p>
          <w:p w14:paraId="09140F3C" w14:textId="492E5368" w:rsidR="00004786" w:rsidRPr="00A01EC5" w:rsidRDefault="004502B1" w:rsidP="004502B1">
            <w:pPr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0"/>
              </w:rPr>
            </w:pPr>
            <w:r>
              <w:rPr>
                <w:rFonts w:ascii="Times New Roman" w:hAnsi="Times New Roman" w:cs="Times New Roman"/>
                <w:i/>
                <w:noProof/>
                <w:sz w:val="26"/>
                <w:szCs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42AA2E" wp14:editId="19B8BDD5">
                      <wp:simplePos x="0" y="0"/>
                      <wp:positionH relativeFrom="column">
                        <wp:posOffset>177164</wp:posOffset>
                      </wp:positionH>
                      <wp:positionV relativeFrom="paragraph">
                        <wp:posOffset>10160</wp:posOffset>
                      </wp:positionV>
                      <wp:extent cx="1971675" cy="0"/>
                      <wp:effectExtent l="0" t="0" r="2857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716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D1BE56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95pt,.8pt" to="169.2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" strokecolor="#f68c36 [3049]"/>
                  </w:pict>
                </mc:Fallback>
              </mc:AlternateContent>
            </w:r>
          </w:p>
          <w:p w14:paraId="61992ADD" w14:textId="0EB0B434" w:rsidR="00004786" w:rsidRPr="00A01EC5" w:rsidRDefault="00004786" w:rsidP="004502B1">
            <w:pPr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0"/>
              </w:rPr>
            </w:pPr>
            <w:r w:rsidRPr="00A01EC5">
              <w:rPr>
                <w:rFonts w:ascii="Times New Roman" w:hAnsi="Times New Roman" w:cs="Times New Roman"/>
                <w:i/>
                <w:sz w:val="26"/>
                <w:szCs w:val="20"/>
              </w:rPr>
              <w:t xml:space="preserve"> </w:t>
            </w:r>
          </w:p>
        </w:tc>
      </w:tr>
    </w:tbl>
    <w:p w14:paraId="186E2100" w14:textId="5C20D867" w:rsidR="004502B1" w:rsidRDefault="00A01EC5" w:rsidP="004E067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4786">
        <w:rPr>
          <w:rFonts w:ascii="Times New Roman" w:hAnsi="Times New Roman" w:cs="Times New Roman"/>
          <w:b/>
          <w:bCs/>
          <w:sz w:val="32"/>
          <w:szCs w:val="32"/>
        </w:rPr>
        <w:t>XÁC NHẬN</w:t>
      </w:r>
      <w:r w:rsidRPr="00004786"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4E067F">
        <w:rPr>
          <w:rFonts w:ascii="Times New Roman" w:hAnsi="Times New Roman" w:cs="Times New Roman"/>
          <w:i/>
          <w:sz w:val="28"/>
          <w:szCs w:val="28"/>
        </w:rPr>
        <w:t>(giải pháp đổi mới, sáng tạo, mô hình hay, cách làm hiệu quả)</w:t>
      </w:r>
    </w:p>
    <w:p w14:paraId="1E289324" w14:textId="6A720C72" w:rsidR="004E067F" w:rsidRDefault="004E067F" w:rsidP="004E067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- - - -</w:t>
      </w:r>
    </w:p>
    <w:p w14:paraId="34545DD6" w14:textId="77777777" w:rsidR="004E067F" w:rsidRPr="004E067F" w:rsidRDefault="004E067F" w:rsidP="004E067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6EC7035D" w14:textId="77777777" w:rsidR="004E067F" w:rsidRDefault="004E067F" w:rsidP="004E067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</w:t>
      </w:r>
      <w:r w:rsidR="00A01EC5" w:rsidRPr="00A01EC5">
        <w:rPr>
          <w:rFonts w:ascii="Times New Roman" w:hAnsi="Times New Roman" w:cs="Times New Roman"/>
          <w:sz w:val="28"/>
          <w:szCs w:val="28"/>
        </w:rPr>
        <w:t xml:space="preserve">ua nhận xét, đánh giá, phân loại hằng năm đối với tổ chức đảng, đảng ủy </w:t>
      </w:r>
      <w:r w:rsidR="004502B1">
        <w:rPr>
          <w:rFonts w:ascii="Times New Roman" w:hAnsi="Times New Roman" w:cs="Times New Roman"/>
          <w:sz w:val="28"/>
          <w:szCs w:val="28"/>
        </w:rPr>
        <w:t>xã Đình Cương</w:t>
      </w:r>
      <w:r w:rsidR="00A01EC5" w:rsidRPr="00A01EC5">
        <w:rPr>
          <w:rFonts w:ascii="Times New Roman" w:hAnsi="Times New Roman" w:cs="Times New Roman"/>
          <w:sz w:val="28"/>
          <w:szCs w:val="28"/>
        </w:rPr>
        <w:t xml:space="preserve"> xác nhận Chi bộ </w:t>
      </w:r>
      <w:r w:rsidR="00004786" w:rsidRPr="00A01EC5">
        <w:rPr>
          <w:rFonts w:ascii="Times New Roman" w:hAnsi="Times New Roman" w:cs="Times New Roman"/>
          <w:sz w:val="28"/>
          <w:szCs w:val="28"/>
        </w:rPr>
        <w:t xml:space="preserve">trường Tiểu học Hành Phước trực </w:t>
      </w:r>
      <w:proofErr w:type="gramStart"/>
      <w:r w:rsidR="00004786" w:rsidRPr="00A01EC5">
        <w:rPr>
          <w:rFonts w:ascii="Times New Roman" w:hAnsi="Times New Roman" w:cs="Times New Roman"/>
          <w:sz w:val="28"/>
          <w:szCs w:val="28"/>
        </w:rPr>
        <w:t>thuộc  Đảng</w:t>
      </w:r>
      <w:proofErr w:type="gramEnd"/>
      <w:r w:rsidR="00004786" w:rsidRPr="00A01EC5">
        <w:rPr>
          <w:rFonts w:ascii="Times New Roman" w:hAnsi="Times New Roman" w:cs="Times New Roman"/>
          <w:sz w:val="28"/>
          <w:szCs w:val="28"/>
        </w:rPr>
        <w:t xml:space="preserve"> bộ xã Đình Cương </w:t>
      </w:r>
      <w:r w:rsidR="00A01EC5" w:rsidRPr="00A01EC5">
        <w:rPr>
          <w:rFonts w:ascii="Times New Roman" w:hAnsi="Times New Roman" w:cs="Times New Roman"/>
          <w:sz w:val="28"/>
          <w:szCs w:val="28"/>
        </w:rPr>
        <w:t xml:space="preserve">trong </w:t>
      </w:r>
      <w:r>
        <w:rPr>
          <w:rFonts w:ascii="Times New Roman" w:hAnsi="Times New Roman" w:cs="Times New Roman"/>
          <w:sz w:val="28"/>
          <w:szCs w:val="28"/>
        </w:rPr>
        <w:t>5 năm</w:t>
      </w:r>
      <w:r w:rsidR="00A01EC5" w:rsidRPr="00A01EC5">
        <w:rPr>
          <w:rFonts w:ascii="Times New Roman" w:hAnsi="Times New Roman" w:cs="Times New Roman"/>
          <w:sz w:val="28"/>
          <w:szCs w:val="28"/>
        </w:rPr>
        <w:t xml:space="preserve"> đã lãnh đạo, chỉ đạo thực hiện nhiệm vụ chính trị có giải pháp đổi mới, sáng tạo, mô hình hay, cách làm hiệu quả, góp phần</w:t>
      </w:r>
      <w:r w:rsidR="004502B1">
        <w:rPr>
          <w:rFonts w:ascii="Times New Roman" w:hAnsi="Times New Roman" w:cs="Times New Roman"/>
          <w:sz w:val="28"/>
          <w:szCs w:val="28"/>
        </w:rPr>
        <w:t xml:space="preserve"> hoàn thành </w:t>
      </w:r>
      <w:r w:rsidR="00A01EC5" w:rsidRPr="00A01EC5">
        <w:rPr>
          <w:rFonts w:ascii="Times New Roman" w:hAnsi="Times New Roman" w:cs="Times New Roman"/>
          <w:sz w:val="28"/>
          <w:szCs w:val="28"/>
        </w:rPr>
        <w:t>xuất sắc nhiệm vụ</w:t>
      </w:r>
      <w:r w:rsidR="004502B1">
        <w:rPr>
          <w:rFonts w:ascii="Times New Roman" w:hAnsi="Times New Roman" w:cs="Times New Roman"/>
          <w:sz w:val="28"/>
          <w:szCs w:val="28"/>
        </w:rPr>
        <w:t xml:space="preserve"> trong 05 năm </w:t>
      </w:r>
      <w:r w:rsidR="00A01EC5" w:rsidRPr="00A01EC5">
        <w:rPr>
          <w:rFonts w:ascii="Times New Roman" w:hAnsi="Times New Roman" w:cs="Times New Roman"/>
          <w:sz w:val="28"/>
          <w:szCs w:val="28"/>
        </w:rPr>
        <w:t>cụ thể:</w:t>
      </w:r>
    </w:p>
    <w:p w14:paraId="0FFCD871" w14:textId="755A70FE" w:rsidR="00004786" w:rsidRPr="00C871F3" w:rsidRDefault="00DE7961" w:rsidP="004E067F">
      <w:pPr>
        <w:spacing w:after="0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C871F3">
        <w:rPr>
          <w:rFonts w:ascii="Times New Roman" w:hAnsi="Times New Roman" w:cs="Times New Roman"/>
          <w:sz w:val="28"/>
          <w:szCs w:val="28"/>
        </w:rPr>
        <w:t>N</w:t>
      </w:r>
      <w:r w:rsidR="004502B1" w:rsidRPr="00C871F3">
        <w:rPr>
          <w:rFonts w:ascii="Times New Roman" w:hAnsi="Times New Roman" w:cs="Times New Roman"/>
          <w:sz w:val="28"/>
          <w:szCs w:val="28"/>
        </w:rPr>
        <w:t xml:space="preserve">ăm </w:t>
      </w:r>
      <w:r w:rsidR="00A01EC5" w:rsidRPr="00C871F3">
        <w:rPr>
          <w:rFonts w:ascii="Times New Roman" w:hAnsi="Times New Roman" w:cs="Times New Roman"/>
          <w:sz w:val="28"/>
          <w:szCs w:val="28"/>
        </w:rPr>
        <w:t xml:space="preserve"> 20</w:t>
      </w:r>
      <w:r w:rsidR="00004786" w:rsidRPr="00C871F3">
        <w:rPr>
          <w:rFonts w:ascii="Times New Roman" w:hAnsi="Times New Roman" w:cs="Times New Roman"/>
          <w:sz w:val="28"/>
          <w:szCs w:val="28"/>
        </w:rPr>
        <w:t>21</w:t>
      </w:r>
      <w:proofErr w:type="gramEnd"/>
      <w:r w:rsidR="00004786" w:rsidRPr="00C871F3">
        <w:rPr>
          <w:rFonts w:ascii="Times New Roman" w:hAnsi="Times New Roman" w:cs="Times New Roman"/>
          <w:sz w:val="28"/>
          <w:szCs w:val="28"/>
        </w:rPr>
        <w:t xml:space="preserve"> </w:t>
      </w:r>
      <w:r w:rsidR="00E33BE5" w:rsidRPr="00C871F3">
        <w:rPr>
          <w:rFonts w:ascii="Times New Roman" w:hAnsi="Times New Roman" w:cs="Times New Roman"/>
          <w:sz w:val="28"/>
          <w:szCs w:val="28"/>
        </w:rPr>
        <w:t>Chi bộ thực hiện giải pháp đổi mới, sáng tạo với</w:t>
      </w:r>
      <w:r w:rsidR="00E33BE5" w:rsidRPr="00C871F3">
        <w:rPr>
          <w:rFonts w:ascii="Times New Roman" w:eastAsia="Times New Roman" w:hAnsi="Times New Roman" w:cs="Times New Roman"/>
          <w:sz w:val="28"/>
          <w:szCs w:val="28"/>
        </w:rPr>
        <w:t xml:space="preserve"> Nội dung</w:t>
      </w:r>
      <w:r w:rsidRPr="00C871F3">
        <w:rPr>
          <w:rFonts w:ascii="Times New Roman" w:eastAsia="Times New Roman" w:hAnsi="Times New Roman" w:cs="Times New Roman"/>
          <w:sz w:val="28"/>
          <w:szCs w:val="28"/>
        </w:rPr>
        <w:t>:</w:t>
      </w:r>
      <w:r w:rsidR="00004786" w:rsidRPr="00C871F3">
        <w:rPr>
          <w:rFonts w:ascii="Times New Roman" w:eastAsia="Times New Roman" w:hAnsi="Times New Roman" w:cs="Times New Roman"/>
          <w:bCs/>
          <w:sz w:val="28"/>
          <w:szCs w:val="28"/>
        </w:rPr>
        <w:t>“</w:t>
      </w:r>
      <w:r w:rsidR="00CF2C9F" w:rsidRPr="00C871F3">
        <w:t xml:space="preserve"> </w:t>
      </w:r>
      <w:r w:rsidR="00A9567D" w:rsidRPr="00C871F3">
        <w:rPr>
          <w:rFonts w:ascii="Times New Roman" w:hAnsi="Times New Roman" w:cs="Times New Roman"/>
          <w:sz w:val="28"/>
          <w:szCs w:val="28"/>
        </w:rPr>
        <w:t>Lãnh đạo thực hiện hiệu quả Chương trình GDPT 2018</w:t>
      </w:r>
      <w:r w:rsidR="00004786" w:rsidRPr="00C871F3">
        <w:rPr>
          <w:rFonts w:ascii="Times New Roman" w:eastAsia="Times New Roman" w:hAnsi="Times New Roman" w:cs="Times New Roman"/>
          <w:bCs/>
          <w:sz w:val="28"/>
          <w:szCs w:val="28"/>
        </w:rPr>
        <w:t>”</w:t>
      </w:r>
    </w:p>
    <w:p w14:paraId="1D4C1059" w14:textId="4FABA2C0" w:rsidR="00DE7961" w:rsidRPr="00C871F3" w:rsidRDefault="00DE7961" w:rsidP="00DE7961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71F3">
        <w:rPr>
          <w:rFonts w:ascii="Times New Roman" w:hAnsi="Times New Roman" w:cs="Times New Roman"/>
          <w:sz w:val="28"/>
          <w:szCs w:val="28"/>
        </w:rPr>
        <w:t>Năm  2022</w:t>
      </w:r>
      <w:proofErr w:type="gramEnd"/>
      <w:r w:rsidRPr="00C871F3">
        <w:rPr>
          <w:rFonts w:ascii="Times New Roman" w:hAnsi="Times New Roman" w:cs="Times New Roman"/>
          <w:sz w:val="28"/>
          <w:szCs w:val="28"/>
        </w:rPr>
        <w:t xml:space="preserve"> </w:t>
      </w:r>
      <w:r w:rsidR="00A9567D" w:rsidRPr="00C871F3">
        <w:rPr>
          <w:rFonts w:ascii="Times New Roman" w:hAnsi="Times New Roman" w:cs="Times New Roman"/>
          <w:sz w:val="28"/>
          <w:szCs w:val="28"/>
        </w:rPr>
        <w:t>Chi bộ thực hiện</w:t>
      </w:r>
      <w:r w:rsidR="00A9567D" w:rsidRPr="00C871F3">
        <w:rPr>
          <w:rFonts w:ascii="Times New Roman" w:eastAsia="Times New Roman" w:hAnsi="Times New Roman" w:cs="Times New Roman"/>
          <w:sz w:val="28"/>
          <w:szCs w:val="28"/>
        </w:rPr>
        <w:t xml:space="preserve"> Mô hình</w:t>
      </w:r>
      <w:r w:rsidRPr="00C871F3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C871F3">
        <w:rPr>
          <w:rFonts w:ascii="Times New Roman" w:eastAsia="Times New Roman" w:hAnsi="Times New Roman" w:cs="Times New Roman"/>
          <w:bCs/>
          <w:sz w:val="28"/>
          <w:szCs w:val="28"/>
        </w:rPr>
        <w:t>“</w:t>
      </w:r>
      <w:r w:rsidR="00CF2C9F" w:rsidRPr="00C871F3">
        <w:t xml:space="preserve"> </w:t>
      </w:r>
      <w:r w:rsidR="00CF2C9F" w:rsidRPr="00C871F3">
        <w:rPr>
          <w:rFonts w:ascii="Times New Roman" w:hAnsi="Times New Roman" w:cs="Times New Roman"/>
          <w:sz w:val="28"/>
          <w:szCs w:val="28"/>
        </w:rPr>
        <w:t>Chi bộ lãnh đạo toàn diện – Nhà trường phát triển bền vững</w:t>
      </w:r>
      <w:r w:rsidRPr="00C871F3">
        <w:rPr>
          <w:rFonts w:ascii="Times New Roman" w:eastAsia="Times New Roman" w:hAnsi="Times New Roman" w:cs="Times New Roman"/>
          <w:bCs/>
          <w:sz w:val="28"/>
          <w:szCs w:val="28"/>
        </w:rPr>
        <w:t>”</w:t>
      </w:r>
    </w:p>
    <w:p w14:paraId="4F01AC12" w14:textId="3B9ED19F" w:rsidR="00DE7961" w:rsidRPr="00C871F3" w:rsidRDefault="00DE7961" w:rsidP="00DE7961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71F3">
        <w:rPr>
          <w:rFonts w:ascii="Times New Roman" w:hAnsi="Times New Roman" w:cs="Times New Roman"/>
          <w:sz w:val="28"/>
          <w:szCs w:val="28"/>
        </w:rPr>
        <w:t>Năm  2023</w:t>
      </w:r>
      <w:proofErr w:type="gramEnd"/>
      <w:r w:rsidRPr="00C871F3">
        <w:rPr>
          <w:rFonts w:ascii="Times New Roman" w:hAnsi="Times New Roman" w:cs="Times New Roman"/>
          <w:sz w:val="28"/>
          <w:szCs w:val="28"/>
        </w:rPr>
        <w:t xml:space="preserve"> Chi bộ thực hiện</w:t>
      </w:r>
      <w:r w:rsidRPr="00C871F3">
        <w:rPr>
          <w:rFonts w:ascii="Times New Roman" w:eastAsia="Times New Roman" w:hAnsi="Times New Roman" w:cs="Times New Roman"/>
          <w:sz w:val="28"/>
          <w:szCs w:val="28"/>
        </w:rPr>
        <w:t xml:space="preserve"> Mô hình:</w:t>
      </w:r>
      <w:r w:rsidRPr="00C871F3">
        <w:rPr>
          <w:rFonts w:ascii="Times New Roman" w:eastAsia="Times New Roman" w:hAnsi="Times New Roman" w:cs="Times New Roman"/>
          <w:bCs/>
          <w:sz w:val="28"/>
          <w:szCs w:val="28"/>
        </w:rPr>
        <w:t>“</w:t>
      </w:r>
      <w:r w:rsidRPr="00C871F3">
        <w:rPr>
          <w:rFonts w:ascii="Times New Roman" w:hAnsi="Times New Roman" w:cs="Times New Roman"/>
          <w:sz w:val="28"/>
          <w:szCs w:val="28"/>
        </w:rPr>
        <w:t xml:space="preserve"> Chi bộ – Công đoàn – Đoàn đội cùng hành động”</w:t>
      </w:r>
    </w:p>
    <w:p w14:paraId="2D8714AA" w14:textId="11B2D56A" w:rsidR="00DE7961" w:rsidRPr="00C871F3" w:rsidRDefault="00DE7961" w:rsidP="00DE7961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71F3">
        <w:rPr>
          <w:rFonts w:ascii="Times New Roman" w:hAnsi="Times New Roman" w:cs="Times New Roman"/>
          <w:sz w:val="28"/>
          <w:szCs w:val="28"/>
        </w:rPr>
        <w:t>Năm  2024</w:t>
      </w:r>
      <w:proofErr w:type="gramEnd"/>
      <w:r w:rsidRPr="00C871F3">
        <w:rPr>
          <w:rFonts w:ascii="Times New Roman" w:hAnsi="Times New Roman" w:cs="Times New Roman"/>
          <w:sz w:val="28"/>
          <w:szCs w:val="28"/>
        </w:rPr>
        <w:t xml:space="preserve"> Chi bộ thực hiện</w:t>
      </w:r>
      <w:r w:rsidRPr="00C871F3">
        <w:rPr>
          <w:rFonts w:ascii="Times New Roman" w:eastAsia="Times New Roman" w:hAnsi="Times New Roman" w:cs="Times New Roman"/>
          <w:sz w:val="28"/>
          <w:szCs w:val="28"/>
        </w:rPr>
        <w:t xml:space="preserve"> Mô hình:</w:t>
      </w:r>
      <w:r w:rsidRPr="00C871F3">
        <w:rPr>
          <w:rFonts w:ascii="Times New Roman" w:eastAsia="Times New Roman" w:hAnsi="Times New Roman" w:cs="Times New Roman"/>
          <w:bCs/>
          <w:sz w:val="28"/>
          <w:szCs w:val="28"/>
        </w:rPr>
        <w:t>“</w:t>
      </w:r>
      <w:r w:rsidRPr="00C871F3">
        <w:rPr>
          <w:rFonts w:ascii="Times New Roman" w:hAnsi="Times New Roman" w:cs="Times New Roman"/>
          <w:sz w:val="28"/>
          <w:szCs w:val="28"/>
        </w:rPr>
        <w:t xml:space="preserve"> Dân vận khéo</w:t>
      </w:r>
      <w:r w:rsidR="00D41C71" w:rsidRPr="00C871F3">
        <w:rPr>
          <w:rFonts w:ascii="Times New Roman" w:hAnsi="Times New Roman" w:cs="Times New Roman"/>
          <w:sz w:val="28"/>
          <w:szCs w:val="28"/>
        </w:rPr>
        <w:t xml:space="preserve"> -T</w:t>
      </w:r>
      <w:r w:rsidR="00CF2C9F" w:rsidRPr="00C871F3">
        <w:rPr>
          <w:rFonts w:ascii="Times New Roman" w:hAnsi="Times New Roman" w:cs="Times New Roman"/>
          <w:sz w:val="28"/>
          <w:szCs w:val="28"/>
        </w:rPr>
        <w:t>uyên truyền vận độ</w:t>
      </w:r>
      <w:r w:rsidR="00D41C71" w:rsidRPr="00C871F3">
        <w:rPr>
          <w:rFonts w:ascii="Times New Roman" w:hAnsi="Times New Roman" w:cs="Times New Roman"/>
          <w:sz w:val="28"/>
          <w:szCs w:val="28"/>
        </w:rPr>
        <w:t>ng Đảng viên- giáo viên đóng góp tiền hằng tháng để giúp</w:t>
      </w:r>
      <w:r w:rsidR="0067644B" w:rsidRPr="00C871F3">
        <w:rPr>
          <w:rFonts w:ascii="Times New Roman" w:hAnsi="Times New Roman" w:cs="Times New Roman"/>
          <w:sz w:val="28"/>
          <w:szCs w:val="28"/>
        </w:rPr>
        <w:t xml:space="preserve"> đỡ</w:t>
      </w:r>
      <w:r w:rsidR="00D41C71" w:rsidRPr="00C871F3">
        <w:rPr>
          <w:rFonts w:ascii="Times New Roman" w:hAnsi="Times New Roman" w:cs="Times New Roman"/>
          <w:sz w:val="28"/>
          <w:szCs w:val="28"/>
        </w:rPr>
        <w:t xml:space="preserve"> 31 em học sinh có hoàn cảnh khó khăn vươn lên trong học tập” </w:t>
      </w:r>
    </w:p>
    <w:p w14:paraId="00556F93" w14:textId="2C1C1288" w:rsidR="00CF2C9F" w:rsidRPr="00C871F3" w:rsidRDefault="00CF2C9F" w:rsidP="00CF2C9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71F3">
        <w:rPr>
          <w:rFonts w:ascii="Times New Roman" w:hAnsi="Times New Roman" w:cs="Times New Roman"/>
          <w:sz w:val="28"/>
          <w:szCs w:val="28"/>
        </w:rPr>
        <w:t>Năm  2025</w:t>
      </w:r>
      <w:proofErr w:type="gramEnd"/>
      <w:r w:rsidRPr="00C871F3">
        <w:rPr>
          <w:rFonts w:ascii="Times New Roman" w:hAnsi="Times New Roman" w:cs="Times New Roman"/>
          <w:sz w:val="28"/>
          <w:szCs w:val="28"/>
        </w:rPr>
        <w:t xml:space="preserve"> </w:t>
      </w:r>
      <w:r w:rsidR="00A9567D" w:rsidRPr="00C871F3">
        <w:rPr>
          <w:rFonts w:ascii="Times New Roman" w:hAnsi="Times New Roman" w:cs="Times New Roman"/>
          <w:sz w:val="28"/>
          <w:szCs w:val="28"/>
        </w:rPr>
        <w:t>Chi bộ thực hiện giải pháp đổi mới, sáng tạo với</w:t>
      </w:r>
      <w:r w:rsidR="00A9567D" w:rsidRPr="00C871F3">
        <w:rPr>
          <w:rFonts w:ascii="Times New Roman" w:eastAsia="Times New Roman" w:hAnsi="Times New Roman" w:cs="Times New Roman"/>
          <w:sz w:val="28"/>
          <w:szCs w:val="28"/>
        </w:rPr>
        <w:t xml:space="preserve"> Nội dung</w:t>
      </w:r>
      <w:r w:rsidRPr="00C871F3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C871F3">
        <w:rPr>
          <w:rFonts w:ascii="Times New Roman" w:hAnsi="Times New Roman" w:cs="Times New Roman"/>
          <w:sz w:val="28"/>
          <w:szCs w:val="28"/>
        </w:rPr>
        <w:t xml:space="preserve"> “</w:t>
      </w:r>
      <w:r w:rsidR="00A9567D" w:rsidRPr="00C871F3">
        <w:rPr>
          <w:rFonts w:ascii="Times New Roman" w:hAnsi="Times New Roman" w:cs="Times New Roman"/>
          <w:sz w:val="28"/>
          <w:szCs w:val="28"/>
        </w:rPr>
        <w:t xml:space="preserve">Chú trọng  công tác </w:t>
      </w:r>
      <w:r w:rsidRPr="00C871F3">
        <w:rPr>
          <w:rFonts w:ascii="Times New Roman" w:hAnsi="Times New Roman" w:cs="Times New Roman"/>
          <w:sz w:val="28"/>
          <w:szCs w:val="28"/>
        </w:rPr>
        <w:t xml:space="preserve">phát triển Đảng </w:t>
      </w:r>
      <w:r w:rsidR="00A9567D" w:rsidRPr="00C871F3">
        <w:rPr>
          <w:rFonts w:ascii="Times New Roman" w:hAnsi="Times New Roman" w:cs="Times New Roman"/>
          <w:sz w:val="28"/>
          <w:szCs w:val="28"/>
        </w:rPr>
        <w:t xml:space="preserve">trong </w:t>
      </w:r>
      <w:r w:rsidRPr="00C871F3">
        <w:rPr>
          <w:rFonts w:ascii="Times New Roman" w:hAnsi="Times New Roman" w:cs="Times New Roman"/>
          <w:sz w:val="28"/>
          <w:szCs w:val="28"/>
        </w:rPr>
        <w:t>giáo viên trẻ”</w:t>
      </w:r>
    </w:p>
    <w:p w14:paraId="4C817400" w14:textId="77777777" w:rsidR="00DE7961" w:rsidRPr="004E067F" w:rsidRDefault="00DE7961" w:rsidP="004E067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14:paraId="5D8ABCEA" w14:textId="452CB450" w:rsidR="0042105F" w:rsidRPr="00A01EC5" w:rsidRDefault="00A01EC5" w:rsidP="004502B1">
      <w:pPr>
        <w:ind w:left="360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01EC5">
        <w:rPr>
          <w:rFonts w:ascii="Times New Roman" w:hAnsi="Times New Roman" w:cs="Times New Roman"/>
          <w:i/>
          <w:iCs/>
          <w:sz w:val="28"/>
          <w:szCs w:val="28"/>
        </w:rPr>
        <w:t xml:space="preserve">Đình </w:t>
      </w:r>
      <w:r w:rsidR="00A37407">
        <w:rPr>
          <w:rFonts w:ascii="Times New Roman" w:hAnsi="Times New Roman" w:cs="Times New Roman"/>
          <w:i/>
          <w:iCs/>
          <w:sz w:val="28"/>
          <w:szCs w:val="28"/>
        </w:rPr>
        <w:t>Cương, ngày      tháng   năm 20…</w:t>
      </w:r>
      <w:r w:rsidRPr="00A01EC5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A01EC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    </w:t>
      </w:r>
      <w:r w:rsidRPr="00A01EC5">
        <w:rPr>
          <w:rFonts w:ascii="Times New Roman" w:hAnsi="Times New Roman" w:cs="Times New Roman"/>
          <w:b/>
          <w:bCs/>
          <w:sz w:val="28"/>
          <w:szCs w:val="28"/>
        </w:rPr>
        <w:t>ĐẢNG ỦY CƠ SỞ/</w:t>
      </w:r>
      <w:r w:rsidRPr="00A01EC5">
        <w:rPr>
          <w:rFonts w:ascii="Times New Roman" w:hAnsi="Times New Roman" w:cs="Times New Roman"/>
          <w:b/>
          <w:bCs/>
          <w:sz w:val="28"/>
          <w:szCs w:val="28"/>
        </w:rPr>
        <w:br/>
      </w:r>
      <w:bookmarkStart w:id="0" w:name="_GoBack"/>
      <w:bookmarkEnd w:id="0"/>
      <w:r w:rsidRPr="00A01EC5">
        <w:rPr>
          <w:rFonts w:ascii="Times New Roman" w:hAnsi="Times New Roman" w:cs="Times New Roman"/>
          <w:b/>
          <w:bCs/>
          <w:sz w:val="28"/>
          <w:szCs w:val="28"/>
        </w:rPr>
        <w:t>BAN THƯỜNG VỤ XÃ, PHƯỜNG,</w:t>
      </w:r>
      <w:r w:rsidRPr="00A01EC5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  ĐẶC KHU VÀ TƯƠNG ĐƯƠNG</w:t>
      </w:r>
      <w:r w:rsidRPr="00A01EC5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          </w:t>
      </w:r>
      <w:r w:rsidRPr="00A37407">
        <w:rPr>
          <w:rFonts w:ascii="Times New Roman" w:hAnsi="Times New Roman" w:cs="Times New Roman"/>
          <w:bCs/>
          <w:i/>
          <w:sz w:val="28"/>
          <w:szCs w:val="28"/>
        </w:rPr>
        <w:t>(Ký, đóng dấu)</w:t>
      </w:r>
      <w:r w:rsidRPr="00A01EC5"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2E7E46A9" w14:textId="6B407FBF" w:rsidR="0042105F" w:rsidRPr="00A01EC5" w:rsidRDefault="00A01EC5" w:rsidP="004502B1">
      <w:pPr>
        <w:jc w:val="both"/>
        <w:rPr>
          <w:rFonts w:ascii="Times New Roman" w:hAnsi="Times New Roman" w:cs="Times New Roman"/>
          <w:sz w:val="28"/>
          <w:szCs w:val="28"/>
        </w:rPr>
      </w:pPr>
      <w:r w:rsidRPr="00A01EC5">
        <w:rPr>
          <w:rFonts w:ascii="Times New Roman" w:hAnsi="Times New Roman" w:cs="Times New Roman"/>
          <w:sz w:val="28"/>
          <w:szCs w:val="28"/>
        </w:rPr>
        <w:br/>
      </w:r>
    </w:p>
    <w:sectPr w:rsidR="0042105F" w:rsidRPr="00A01EC5" w:rsidSect="00FC098A">
      <w:pgSz w:w="12240" w:h="15840"/>
      <w:pgMar w:top="990" w:right="1041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7B6152"/>
    <w:multiLevelType w:val="hybridMultilevel"/>
    <w:tmpl w:val="1A0228FE"/>
    <w:lvl w:ilvl="0" w:tplc="F162C3B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1E2F6D"/>
    <w:multiLevelType w:val="multilevel"/>
    <w:tmpl w:val="359C1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4786"/>
    <w:rsid w:val="00034616"/>
    <w:rsid w:val="0006063C"/>
    <w:rsid w:val="0015074B"/>
    <w:rsid w:val="0029639D"/>
    <w:rsid w:val="00326F90"/>
    <w:rsid w:val="0042105F"/>
    <w:rsid w:val="004502B1"/>
    <w:rsid w:val="004E067F"/>
    <w:rsid w:val="0067644B"/>
    <w:rsid w:val="0076701F"/>
    <w:rsid w:val="00A01EC5"/>
    <w:rsid w:val="00A37407"/>
    <w:rsid w:val="00A9567D"/>
    <w:rsid w:val="00AA1D8D"/>
    <w:rsid w:val="00AA5044"/>
    <w:rsid w:val="00B47730"/>
    <w:rsid w:val="00B654A2"/>
    <w:rsid w:val="00C871F3"/>
    <w:rsid w:val="00CB0664"/>
    <w:rsid w:val="00CF2C9F"/>
    <w:rsid w:val="00D41C71"/>
    <w:rsid w:val="00DE7961"/>
    <w:rsid w:val="00E33BE5"/>
    <w:rsid w:val="00FC098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13E566"/>
  <w14:defaultImageDpi w14:val="330"/>
  <w15:docId w15:val="{E9D9BBCC-D7C4-43E0-8E6B-A541F26F5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AE1CB9-3A16-47F8-A284-EAA4954BB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LAI</cp:lastModifiedBy>
  <cp:revision>16</cp:revision>
  <dcterms:created xsi:type="dcterms:W3CDTF">2026-01-05T12:16:00Z</dcterms:created>
  <dcterms:modified xsi:type="dcterms:W3CDTF">2026-01-05T15:06:00Z</dcterms:modified>
  <cp:category/>
</cp:coreProperties>
</file>